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3A4" w:rsidRDefault="00AC0165" w:rsidP="00AC0165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5492750</wp:posOffset>
            </wp:positionH>
            <wp:positionV relativeFrom="margin">
              <wp:posOffset>-499745</wp:posOffset>
            </wp:positionV>
            <wp:extent cx="906780" cy="789940"/>
            <wp:effectExtent l="0" t="0" r="7620" b="0"/>
            <wp:wrapTight wrapText="bothSides">
              <wp:wrapPolygon edited="0">
                <wp:start x="0" y="0"/>
                <wp:lineTo x="0" y="20836"/>
                <wp:lineTo x="21328" y="20836"/>
                <wp:lineTo x="2132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Z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rianne" w:hAnsi="Marianne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-602615</wp:posOffset>
            </wp:positionV>
            <wp:extent cx="1251585" cy="1150620"/>
            <wp:effectExtent l="0" t="0" r="5715" b="0"/>
            <wp:wrapTight wrapText="bothSides">
              <wp:wrapPolygon edited="0">
                <wp:start x="0" y="0"/>
                <wp:lineTo x="0" y="21099"/>
                <wp:lineTo x="21370" y="21099"/>
                <wp:lineTo x="2137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istère des Armées et des Anciens combattants_RV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3A4" w:rsidRDefault="00FA03A4" w:rsidP="00FA03A4">
      <w:pPr>
        <w:jc w:val="right"/>
        <w:rPr>
          <w:rFonts w:ascii="Marianne" w:hAnsi="Marianne"/>
          <w:sz w:val="20"/>
          <w:szCs w:val="20"/>
        </w:rPr>
      </w:pPr>
    </w:p>
    <w:p w:rsidR="00AC0165" w:rsidRDefault="00AC0165" w:rsidP="00AC0165">
      <w:pPr>
        <w:spacing w:after="0" w:line="240" w:lineRule="auto"/>
        <w:jc w:val="right"/>
        <w:rPr>
          <w:rFonts w:ascii="Marianne" w:hAnsi="Marianne"/>
          <w:b/>
          <w:szCs w:val="20"/>
          <w:lang w:val="fr-FR"/>
        </w:rPr>
      </w:pPr>
      <w:r>
        <w:rPr>
          <w:rFonts w:ascii="Marianne" w:hAnsi="Marianne"/>
          <w:b/>
          <w:szCs w:val="20"/>
          <w:lang w:val="fr-FR"/>
        </w:rPr>
        <w:t xml:space="preserve">Commandement interarmées </w:t>
      </w:r>
    </w:p>
    <w:p w:rsidR="00FA03A4" w:rsidRDefault="00AC0165" w:rsidP="00AC0165">
      <w:pPr>
        <w:spacing w:after="0" w:line="240" w:lineRule="auto"/>
        <w:jc w:val="right"/>
        <w:rPr>
          <w:rFonts w:ascii="Marianne" w:hAnsi="Marianne"/>
          <w:b/>
          <w:szCs w:val="20"/>
          <w:lang w:val="fr-FR"/>
        </w:rPr>
      </w:pPr>
      <w:proofErr w:type="gramStart"/>
      <w:r>
        <w:rPr>
          <w:rFonts w:ascii="Marianne" w:hAnsi="Marianne"/>
          <w:b/>
          <w:szCs w:val="20"/>
          <w:lang w:val="fr-FR"/>
        </w:rPr>
        <w:t>de</w:t>
      </w:r>
      <w:proofErr w:type="gramEnd"/>
      <w:r>
        <w:rPr>
          <w:rFonts w:ascii="Marianne" w:hAnsi="Marianne"/>
          <w:b/>
          <w:szCs w:val="20"/>
          <w:lang w:val="fr-FR"/>
        </w:rPr>
        <w:t xml:space="preserve"> zone de Défense et de Sécurité Est</w:t>
      </w:r>
    </w:p>
    <w:p w:rsidR="00AC0165" w:rsidRPr="00FA03A4" w:rsidRDefault="00AC0165" w:rsidP="00AC0165">
      <w:pPr>
        <w:spacing w:after="0" w:line="240" w:lineRule="auto"/>
        <w:jc w:val="right"/>
        <w:rPr>
          <w:rFonts w:ascii="Marianne" w:hAnsi="Marianne"/>
          <w:b/>
          <w:szCs w:val="20"/>
          <w:lang w:val="fr-FR"/>
        </w:rPr>
      </w:pPr>
      <w:r>
        <w:rPr>
          <w:rFonts w:ascii="Marianne" w:hAnsi="Marianne"/>
          <w:b/>
          <w:szCs w:val="20"/>
          <w:lang w:val="fr-FR"/>
        </w:rPr>
        <w:t>Bureau communication</w:t>
      </w:r>
    </w:p>
    <w:p w:rsidR="00FA03A4" w:rsidRPr="00FA03A4" w:rsidRDefault="00FA03A4" w:rsidP="00FA03A4">
      <w:pPr>
        <w:jc w:val="right"/>
        <w:rPr>
          <w:rFonts w:ascii="Marianne" w:hAnsi="Marianne"/>
          <w:sz w:val="20"/>
          <w:szCs w:val="20"/>
          <w:lang w:val="fr-FR"/>
        </w:rPr>
      </w:pPr>
    </w:p>
    <w:p w:rsidR="00FA03A4" w:rsidRPr="00FA03A4" w:rsidRDefault="00FA03A4" w:rsidP="00FA03A4">
      <w:pPr>
        <w:spacing w:after="120" w:line="240" w:lineRule="auto"/>
        <w:jc w:val="center"/>
        <w:rPr>
          <w:rFonts w:ascii="Marianne" w:hAnsi="Marianne"/>
          <w:b/>
          <w:color w:val="1F497D" w:themeColor="text2"/>
          <w:szCs w:val="20"/>
          <w:lang w:val="fr-FR"/>
        </w:rPr>
      </w:pPr>
      <w:r w:rsidRPr="00FA03A4">
        <w:rPr>
          <w:rFonts w:ascii="Marianne" w:hAnsi="Marianne"/>
          <w:b/>
          <w:color w:val="1F497D" w:themeColor="text2"/>
          <w:szCs w:val="20"/>
          <w:lang w:val="fr-FR"/>
        </w:rPr>
        <w:t>RÈGLEMENT</w:t>
      </w:r>
    </w:p>
    <w:p w:rsidR="00FA03A4" w:rsidRPr="00FA03A4" w:rsidRDefault="00FA03A4" w:rsidP="00FA03A4">
      <w:pPr>
        <w:spacing w:after="120" w:line="240" w:lineRule="auto"/>
        <w:jc w:val="center"/>
        <w:rPr>
          <w:rFonts w:ascii="Marianne" w:hAnsi="Marianne"/>
          <w:b/>
          <w:color w:val="1F497D" w:themeColor="text2"/>
          <w:sz w:val="20"/>
          <w:szCs w:val="20"/>
          <w:lang w:val="fr-FR"/>
        </w:rPr>
      </w:pPr>
      <w:r>
        <w:rPr>
          <w:rFonts w:ascii="Marianne" w:hAnsi="Marianne"/>
          <w:b/>
          <w:color w:val="1F497D" w:themeColor="text2"/>
          <w:sz w:val="20"/>
          <w:szCs w:val="20"/>
          <w:lang w:val="fr-FR"/>
        </w:rPr>
        <w:t>Les Foulées de la St-</w:t>
      </w:r>
      <w:r w:rsidRPr="00FA03A4">
        <w:rPr>
          <w:rFonts w:ascii="Marianne" w:hAnsi="Marianne"/>
          <w:b/>
          <w:color w:val="1F497D" w:themeColor="text2"/>
          <w:sz w:val="20"/>
          <w:szCs w:val="20"/>
          <w:lang w:val="fr-FR"/>
        </w:rPr>
        <w:t>Nicolas</w:t>
      </w:r>
      <w:r w:rsidR="00AC0165">
        <w:rPr>
          <w:rFonts w:ascii="Marianne" w:hAnsi="Marianne"/>
          <w:b/>
          <w:color w:val="1F497D" w:themeColor="text2"/>
          <w:sz w:val="20"/>
          <w:szCs w:val="20"/>
          <w:lang w:val="fr-FR"/>
        </w:rPr>
        <w:t xml:space="preserve"> de Metz</w:t>
      </w:r>
      <w:r w:rsidRPr="00FA03A4">
        <w:rPr>
          <w:rFonts w:ascii="Marianne" w:hAnsi="Marianne"/>
          <w:b/>
          <w:color w:val="1F497D" w:themeColor="text2"/>
          <w:sz w:val="20"/>
          <w:szCs w:val="20"/>
          <w:lang w:val="fr-FR"/>
        </w:rPr>
        <w:t xml:space="preserve"> pour les Blessés des Armées</w:t>
      </w:r>
      <w:r w:rsidR="00AC0165">
        <w:rPr>
          <w:rFonts w:ascii="Marianne" w:hAnsi="Marianne"/>
          <w:b/>
          <w:color w:val="1F497D" w:themeColor="text2"/>
          <w:sz w:val="20"/>
          <w:szCs w:val="20"/>
          <w:lang w:val="fr-FR"/>
        </w:rPr>
        <w:t xml:space="preserve"> édition 2026</w:t>
      </w:r>
    </w:p>
    <w:p w:rsidR="00094832" w:rsidRPr="00FA03A4" w:rsidRDefault="00094832">
      <w:pPr>
        <w:rPr>
          <w:rFonts w:ascii="Marianne" w:hAnsi="Marianne"/>
          <w:sz w:val="20"/>
          <w:szCs w:val="20"/>
          <w:lang w:val="fr-FR"/>
        </w:rPr>
      </w:pPr>
    </w:p>
    <w:p w:rsidR="00094832" w:rsidRPr="00FA03A4" w:rsidRDefault="0069709F" w:rsidP="00FA03A4">
      <w:pPr>
        <w:jc w:val="both"/>
        <w:rPr>
          <w:rFonts w:ascii="Marianne" w:hAnsi="Marianne"/>
          <w:b/>
          <w:sz w:val="20"/>
          <w:szCs w:val="20"/>
          <w:lang w:val="fr-FR"/>
        </w:rPr>
      </w:pPr>
      <w:r w:rsidRPr="00FA03A4">
        <w:rPr>
          <w:rFonts w:ascii="Marianne" w:hAnsi="Marianne"/>
          <w:b/>
          <w:sz w:val="20"/>
          <w:szCs w:val="20"/>
          <w:lang w:val="fr-FR"/>
        </w:rPr>
        <w:t>Présentation de l’</w:t>
      </w:r>
      <w:r w:rsidR="00DB3F19">
        <w:rPr>
          <w:rFonts w:ascii="Marianne" w:hAnsi="Marianne"/>
          <w:b/>
          <w:sz w:val="20"/>
          <w:szCs w:val="20"/>
          <w:lang w:val="fr-FR"/>
        </w:rPr>
        <w:t>évènement</w:t>
      </w:r>
    </w:p>
    <w:p w:rsidR="00094832" w:rsidRPr="00FA03A4" w:rsidRDefault="00FA03A4" w:rsidP="00762600">
      <w:pPr>
        <w:spacing w:after="120" w:line="240" w:lineRule="auto"/>
        <w:jc w:val="both"/>
        <w:rPr>
          <w:rFonts w:ascii="Marianne" w:hAnsi="Marianne"/>
          <w:b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L’état-major de zone de Défense et de Sécurité Est basé à Metz et l’association </w:t>
      </w:r>
      <w:r w:rsidRPr="00FA03A4">
        <w:rPr>
          <w:rFonts w:ascii="Marianne" w:hAnsi="Marianne"/>
          <w:i/>
          <w:sz w:val="20"/>
          <w:szCs w:val="20"/>
          <w:lang w:val="fr-FR"/>
        </w:rPr>
        <w:t>Metz Armée Solidarité</w:t>
      </w:r>
      <w:r>
        <w:rPr>
          <w:rFonts w:ascii="Marianne" w:hAnsi="Marianne"/>
          <w:i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organisent une course solidaire dénommée «</w:t>
      </w:r>
      <w:r>
        <w:rPr>
          <w:rFonts w:ascii="Calibri" w:hAnsi="Calibri" w:cs="Calibri"/>
          <w:sz w:val="20"/>
          <w:szCs w:val="20"/>
          <w:lang w:val="fr-FR"/>
        </w:rPr>
        <w:t> </w:t>
      </w:r>
      <w:r>
        <w:rPr>
          <w:rFonts w:ascii="Marianne" w:hAnsi="Marianne"/>
          <w:sz w:val="20"/>
          <w:szCs w:val="20"/>
          <w:lang w:val="fr-FR"/>
        </w:rPr>
        <w:t>Les Foulées de la St-Nicolas</w:t>
      </w:r>
      <w:r w:rsidR="00AC0165">
        <w:rPr>
          <w:rFonts w:ascii="Marianne" w:hAnsi="Marianne"/>
          <w:sz w:val="20"/>
          <w:szCs w:val="20"/>
          <w:lang w:val="fr-FR"/>
        </w:rPr>
        <w:t xml:space="preserve"> de Metz</w:t>
      </w:r>
      <w:r>
        <w:rPr>
          <w:rFonts w:ascii="Marianne" w:hAnsi="Marianne"/>
          <w:sz w:val="20"/>
          <w:szCs w:val="20"/>
          <w:lang w:val="fr-FR"/>
        </w:rPr>
        <w:t xml:space="preserve"> pour les Blessés des Armées</w:t>
      </w:r>
      <w:r>
        <w:rPr>
          <w:rFonts w:ascii="Calibri" w:hAnsi="Calibri" w:cs="Calibri"/>
          <w:sz w:val="20"/>
          <w:szCs w:val="20"/>
          <w:lang w:val="fr-FR"/>
        </w:rPr>
        <w:t> </w:t>
      </w:r>
      <w:r w:rsidRPr="00FA03A4">
        <w:rPr>
          <w:rFonts w:ascii="Marianne" w:hAnsi="Marianne" w:cs="Marianne"/>
          <w:b/>
          <w:sz w:val="20"/>
          <w:szCs w:val="20"/>
          <w:lang w:val="fr-FR"/>
        </w:rPr>
        <w:t>»</w:t>
      </w:r>
      <w:r w:rsidRPr="00FA03A4">
        <w:rPr>
          <w:rFonts w:ascii="Marianne" w:hAnsi="Marianne"/>
          <w:b/>
          <w:sz w:val="20"/>
          <w:szCs w:val="20"/>
          <w:lang w:val="fr-FR"/>
        </w:rPr>
        <w:t>. Elle se déroulera le d</w:t>
      </w:r>
      <w:r w:rsidR="0069709F" w:rsidRPr="00FA03A4">
        <w:rPr>
          <w:rFonts w:ascii="Marianne" w:hAnsi="Marianne"/>
          <w:b/>
          <w:sz w:val="20"/>
          <w:szCs w:val="20"/>
          <w:lang w:val="fr-FR"/>
        </w:rPr>
        <w:t xml:space="preserve">imanche </w:t>
      </w:r>
      <w:r w:rsidR="00AC0165">
        <w:rPr>
          <w:rFonts w:ascii="Marianne" w:hAnsi="Marianne"/>
          <w:b/>
          <w:sz w:val="20"/>
          <w:szCs w:val="20"/>
          <w:lang w:val="fr-FR"/>
        </w:rPr>
        <w:t>06</w:t>
      </w:r>
      <w:r w:rsidRPr="00FA03A4">
        <w:rPr>
          <w:rFonts w:ascii="Marianne" w:hAnsi="Marianne"/>
          <w:b/>
          <w:sz w:val="20"/>
          <w:szCs w:val="20"/>
          <w:lang w:val="fr-FR"/>
        </w:rPr>
        <w:t xml:space="preserve"> décembre 202</w:t>
      </w:r>
      <w:r w:rsidR="00AC0165">
        <w:rPr>
          <w:rFonts w:ascii="Marianne" w:hAnsi="Marianne"/>
          <w:b/>
          <w:sz w:val="20"/>
          <w:szCs w:val="20"/>
          <w:lang w:val="fr-FR"/>
        </w:rPr>
        <w:t>6</w:t>
      </w:r>
      <w:r w:rsidR="0069709F" w:rsidRPr="00FA03A4">
        <w:rPr>
          <w:rFonts w:ascii="Marianne" w:hAnsi="Marianne"/>
          <w:b/>
          <w:sz w:val="20"/>
          <w:szCs w:val="20"/>
          <w:lang w:val="fr-FR"/>
        </w:rPr>
        <w:t xml:space="preserve"> sur la commune de </w:t>
      </w:r>
      <w:r w:rsidRPr="00FA03A4">
        <w:rPr>
          <w:rFonts w:ascii="Marianne" w:hAnsi="Marianne"/>
          <w:b/>
          <w:sz w:val="20"/>
          <w:szCs w:val="20"/>
          <w:lang w:val="fr-FR"/>
        </w:rPr>
        <w:t xml:space="preserve">Metz </w:t>
      </w:r>
      <w:r w:rsidR="0069709F" w:rsidRPr="00FA03A4">
        <w:rPr>
          <w:rFonts w:ascii="Marianne" w:hAnsi="Marianne"/>
          <w:b/>
          <w:sz w:val="20"/>
          <w:szCs w:val="20"/>
          <w:lang w:val="fr-FR"/>
        </w:rPr>
        <w:t>(57).</w:t>
      </w:r>
    </w:p>
    <w:p w:rsidR="00FA03A4" w:rsidRPr="00FA03A4" w:rsidRDefault="00FA03A4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FA03A4">
        <w:rPr>
          <w:rFonts w:ascii="Marianne" w:hAnsi="Marianne"/>
          <w:b/>
          <w:sz w:val="20"/>
          <w:szCs w:val="20"/>
          <w:lang w:val="fr-FR"/>
        </w:rPr>
        <w:t>Evènement solidaire</w:t>
      </w:r>
      <w:r w:rsidRPr="00FA03A4">
        <w:rPr>
          <w:rFonts w:ascii="Calibri" w:hAnsi="Calibri" w:cs="Calibri"/>
          <w:b/>
          <w:sz w:val="20"/>
          <w:szCs w:val="20"/>
          <w:lang w:val="fr-FR"/>
        </w:rPr>
        <w:t> </w:t>
      </w:r>
      <w:r w:rsidRPr="00FA03A4">
        <w:rPr>
          <w:rFonts w:ascii="Marianne" w:hAnsi="Marianne"/>
          <w:b/>
          <w:sz w:val="20"/>
          <w:szCs w:val="20"/>
          <w:lang w:val="fr-FR"/>
        </w:rPr>
        <w:t xml:space="preserve">: </w:t>
      </w:r>
      <w:r>
        <w:rPr>
          <w:rFonts w:ascii="Marianne" w:hAnsi="Marianne"/>
          <w:sz w:val="20"/>
          <w:szCs w:val="20"/>
          <w:lang w:val="fr-FR"/>
        </w:rPr>
        <w:t>les bénéfices seront reversés à l’association Terre-Fraternité-ADO qui soutient les blessés des armées et leur famille.</w:t>
      </w:r>
    </w:p>
    <w:p w:rsidR="00094832" w:rsidRPr="00DB3F19" w:rsidRDefault="00FA03A4" w:rsidP="00FA03A4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Plusieurs</w:t>
      </w:r>
      <w:r w:rsidR="0069709F" w:rsidRPr="00DB3F19">
        <w:rPr>
          <w:rFonts w:ascii="Marianne" w:hAnsi="Marianne"/>
          <w:sz w:val="20"/>
          <w:szCs w:val="20"/>
          <w:u w:val="single"/>
          <w:lang w:val="fr-FR"/>
        </w:rPr>
        <w:t xml:space="preserve"> épreuves sont proposées :</w:t>
      </w:r>
    </w:p>
    <w:p w:rsidR="00FA03A4" w:rsidRDefault="00FA03A4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Course enfants</w:t>
      </w:r>
      <w:r>
        <w:rPr>
          <w:rFonts w:ascii="Calibri" w:hAnsi="Calibri" w:cs="Calibri"/>
          <w:sz w:val="20"/>
          <w:szCs w:val="20"/>
          <w:lang w:val="fr-FR"/>
        </w:rPr>
        <w:t> </w:t>
      </w:r>
      <w:r>
        <w:rPr>
          <w:rFonts w:ascii="Marianne" w:hAnsi="Marianne"/>
          <w:sz w:val="20"/>
          <w:szCs w:val="20"/>
          <w:lang w:val="fr-FR"/>
        </w:rPr>
        <w:t>:</w:t>
      </w:r>
    </w:p>
    <w:p w:rsidR="00FA03A4" w:rsidRPr="00FA03A4" w:rsidRDefault="00FA03A4" w:rsidP="00762600">
      <w:pPr>
        <w:pStyle w:val="Paragraphedeliste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Marianne" w:hAnsi="Marianne"/>
          <w:sz w:val="20"/>
          <w:szCs w:val="20"/>
          <w:lang w:val="fr-FR"/>
        </w:rPr>
      </w:pPr>
      <w:r w:rsidRPr="00FA03A4">
        <w:rPr>
          <w:rFonts w:ascii="Marianne" w:hAnsi="Marianne"/>
          <w:sz w:val="20"/>
          <w:szCs w:val="20"/>
          <w:lang w:val="fr-FR"/>
        </w:rPr>
        <w:t>500m</w:t>
      </w:r>
      <w:r w:rsidR="00DB3F19">
        <w:rPr>
          <w:rFonts w:ascii="Calibri" w:hAnsi="Calibri" w:cs="Calibri"/>
          <w:sz w:val="20"/>
          <w:szCs w:val="20"/>
          <w:lang w:val="fr-FR"/>
        </w:rPr>
        <w:t xml:space="preserve"> </w:t>
      </w:r>
      <w:r w:rsidRPr="00FA03A4">
        <w:rPr>
          <w:rFonts w:ascii="Marianne" w:hAnsi="Marianne"/>
          <w:sz w:val="20"/>
          <w:szCs w:val="20"/>
          <w:lang w:val="fr-FR"/>
        </w:rPr>
        <w:t>pour les enfants</w:t>
      </w:r>
      <w:r w:rsidR="00AC0165">
        <w:rPr>
          <w:rFonts w:ascii="Marianne" w:hAnsi="Marianne"/>
          <w:sz w:val="20"/>
          <w:szCs w:val="20"/>
          <w:lang w:val="fr-FR"/>
        </w:rPr>
        <w:t xml:space="preserve"> de 2 à 6 ans – départ 9h00</w:t>
      </w:r>
    </w:p>
    <w:p w:rsidR="00DB3F19" w:rsidRPr="00DB3F19" w:rsidRDefault="00FA03A4" w:rsidP="00762600">
      <w:pPr>
        <w:pStyle w:val="Paragraphedeliste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Marianne" w:hAnsi="Marianne"/>
          <w:sz w:val="20"/>
          <w:szCs w:val="20"/>
          <w:lang w:val="fr-FR"/>
        </w:rPr>
      </w:pPr>
      <w:r w:rsidRPr="00FA03A4">
        <w:rPr>
          <w:rFonts w:ascii="Marianne" w:hAnsi="Marianne"/>
          <w:sz w:val="20"/>
          <w:szCs w:val="20"/>
          <w:lang w:val="fr-FR"/>
        </w:rPr>
        <w:t>1 km</w:t>
      </w:r>
      <w:r w:rsidRPr="00FA03A4">
        <w:rPr>
          <w:rFonts w:ascii="Calibri" w:hAnsi="Calibri" w:cs="Calibri"/>
          <w:sz w:val="20"/>
          <w:szCs w:val="20"/>
          <w:lang w:val="fr-FR"/>
        </w:rPr>
        <w:t> </w:t>
      </w:r>
      <w:r w:rsidRPr="00FA03A4">
        <w:rPr>
          <w:rFonts w:ascii="Marianne" w:hAnsi="Marianne"/>
          <w:sz w:val="20"/>
          <w:szCs w:val="20"/>
          <w:lang w:val="fr-FR"/>
        </w:rPr>
        <w:t>: pour les enfants</w:t>
      </w:r>
      <w:r w:rsidR="00AC0165">
        <w:rPr>
          <w:rFonts w:ascii="Marianne" w:hAnsi="Marianne"/>
          <w:sz w:val="20"/>
          <w:szCs w:val="20"/>
          <w:lang w:val="fr-FR"/>
        </w:rPr>
        <w:t xml:space="preserve"> de 7</w:t>
      </w:r>
      <w:r w:rsidR="00DB3F19">
        <w:rPr>
          <w:rFonts w:ascii="Marianne" w:hAnsi="Marianne"/>
          <w:sz w:val="20"/>
          <w:szCs w:val="20"/>
          <w:lang w:val="fr-FR"/>
        </w:rPr>
        <w:t xml:space="preserve"> à 12</w:t>
      </w:r>
      <w:r w:rsidR="00AC0165">
        <w:rPr>
          <w:rFonts w:ascii="Marianne" w:hAnsi="Marianne"/>
          <w:sz w:val="20"/>
          <w:szCs w:val="20"/>
          <w:lang w:val="fr-FR"/>
        </w:rPr>
        <w:t xml:space="preserve"> ans – départ 9h15</w:t>
      </w:r>
    </w:p>
    <w:p w:rsidR="00094832" w:rsidRDefault="0069709F" w:rsidP="00762600">
      <w:pPr>
        <w:spacing w:before="120"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FA03A4">
        <w:rPr>
          <w:rFonts w:ascii="Marianne" w:hAnsi="Marianne"/>
          <w:sz w:val="20"/>
          <w:szCs w:val="20"/>
          <w:lang w:val="fr-FR"/>
        </w:rPr>
        <w:t xml:space="preserve">Course adultes : </w:t>
      </w:r>
    </w:p>
    <w:p w:rsidR="00DB3F19" w:rsidRPr="00DB3F19" w:rsidRDefault="00DB3F19" w:rsidP="00762600">
      <w:pPr>
        <w:pStyle w:val="Paragraphedeliste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>5 km</w:t>
      </w:r>
      <w:r w:rsidR="00AC0165">
        <w:rPr>
          <w:rFonts w:ascii="Marianne" w:hAnsi="Marianne"/>
          <w:sz w:val="20"/>
          <w:szCs w:val="20"/>
          <w:lang w:val="fr-FR"/>
        </w:rPr>
        <w:t xml:space="preserve"> – départ 09</w:t>
      </w:r>
      <w:r>
        <w:rPr>
          <w:rFonts w:ascii="Marianne" w:hAnsi="Marianne"/>
          <w:sz w:val="20"/>
          <w:szCs w:val="20"/>
          <w:lang w:val="fr-FR"/>
        </w:rPr>
        <w:t>h</w:t>
      </w:r>
      <w:r w:rsidR="00AC0165">
        <w:rPr>
          <w:rFonts w:ascii="Marianne" w:hAnsi="Marianne"/>
          <w:sz w:val="20"/>
          <w:szCs w:val="20"/>
          <w:lang w:val="fr-FR"/>
        </w:rPr>
        <w:t>45</w:t>
      </w:r>
    </w:p>
    <w:p w:rsidR="00DB3F19" w:rsidRDefault="00DB3F19" w:rsidP="00762600">
      <w:pPr>
        <w:pStyle w:val="Paragraphedeliste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>10 km</w:t>
      </w:r>
      <w:r>
        <w:rPr>
          <w:rFonts w:ascii="Marianne" w:hAnsi="Marianne"/>
          <w:sz w:val="20"/>
          <w:szCs w:val="20"/>
          <w:lang w:val="fr-FR"/>
        </w:rPr>
        <w:t xml:space="preserve"> – départ 10h00</w:t>
      </w:r>
    </w:p>
    <w:p w:rsidR="00DB3F19" w:rsidRDefault="00DB3F19" w:rsidP="00762600">
      <w:pPr>
        <w:spacing w:before="120"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Marche</w:t>
      </w:r>
      <w:r>
        <w:rPr>
          <w:rFonts w:ascii="Calibri" w:hAnsi="Calibri" w:cs="Calibri"/>
          <w:sz w:val="20"/>
          <w:szCs w:val="20"/>
          <w:lang w:val="fr-FR"/>
        </w:rPr>
        <w:t> </w:t>
      </w:r>
      <w:r>
        <w:rPr>
          <w:rFonts w:ascii="Marianne" w:hAnsi="Marianne"/>
          <w:sz w:val="20"/>
          <w:szCs w:val="20"/>
          <w:lang w:val="fr-FR"/>
        </w:rPr>
        <w:t>:</w:t>
      </w:r>
    </w:p>
    <w:p w:rsidR="00DB3F19" w:rsidRPr="00DB3F19" w:rsidRDefault="00AC0165" w:rsidP="00762600">
      <w:pPr>
        <w:pStyle w:val="Paragraphedeliste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5 km – départ 10h15</w:t>
      </w:r>
    </w:p>
    <w:p w:rsidR="00762600" w:rsidRDefault="00762600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</w:p>
    <w:p w:rsidR="00094832" w:rsidRPr="00FA03A4" w:rsidRDefault="0069709F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FA03A4">
        <w:rPr>
          <w:rFonts w:ascii="Marianne" w:hAnsi="Marianne"/>
          <w:sz w:val="20"/>
          <w:szCs w:val="20"/>
          <w:lang w:val="fr-FR"/>
        </w:rPr>
        <w:t xml:space="preserve">Départs et arrivées : </w:t>
      </w:r>
      <w:r w:rsidR="00DB3F19">
        <w:rPr>
          <w:rFonts w:ascii="Marianne" w:hAnsi="Marianne"/>
          <w:sz w:val="20"/>
          <w:szCs w:val="20"/>
          <w:lang w:val="fr-FR"/>
        </w:rPr>
        <w:t>Palais du Gouverneur Militaire de Metz, 9 rue de la Citadelle 57000 METZ.</w:t>
      </w:r>
    </w:p>
    <w:p w:rsidR="00DB3F19" w:rsidRPr="002C5C7E" w:rsidRDefault="0069709F" w:rsidP="00762600">
      <w:pPr>
        <w:spacing w:after="120" w:line="240" w:lineRule="auto"/>
        <w:jc w:val="both"/>
        <w:rPr>
          <w:rFonts w:ascii="Marianne" w:hAnsi="Marianne"/>
          <w:b/>
          <w:sz w:val="20"/>
          <w:szCs w:val="20"/>
          <w:lang w:val="fr-FR"/>
        </w:rPr>
      </w:pPr>
      <w:r w:rsidRPr="00FA03A4">
        <w:rPr>
          <w:rFonts w:ascii="Marianne" w:hAnsi="Marianne"/>
          <w:sz w:val="20"/>
          <w:szCs w:val="20"/>
          <w:lang w:val="fr-FR"/>
        </w:rPr>
        <w:t xml:space="preserve">Ce règlement précise les conditions sportives et organisationnelles de la manifestation. </w:t>
      </w:r>
      <w:r w:rsidRPr="002C5C7E">
        <w:rPr>
          <w:rFonts w:ascii="Marianne" w:hAnsi="Marianne"/>
          <w:b/>
          <w:sz w:val="20"/>
          <w:szCs w:val="20"/>
          <w:lang w:val="fr-FR"/>
        </w:rPr>
        <w:t>L’inscription vaut acceptation.</w:t>
      </w:r>
    </w:p>
    <w:p w:rsidR="00094832" w:rsidRPr="002C5C7E" w:rsidRDefault="00DB3F19" w:rsidP="002C5C7E">
      <w:pPr>
        <w:pStyle w:val="Paragraphedeliste"/>
        <w:numPr>
          <w:ilvl w:val="0"/>
          <w:numId w:val="17"/>
        </w:numPr>
        <w:jc w:val="both"/>
        <w:rPr>
          <w:rFonts w:ascii="Marianne" w:hAnsi="Marianne"/>
          <w:b/>
          <w:sz w:val="20"/>
          <w:szCs w:val="20"/>
          <w:lang w:val="fr-FR"/>
        </w:rPr>
      </w:pPr>
      <w:r w:rsidRPr="002C5C7E">
        <w:rPr>
          <w:rFonts w:ascii="Marianne" w:hAnsi="Marianne"/>
          <w:b/>
          <w:sz w:val="20"/>
          <w:szCs w:val="20"/>
          <w:lang w:val="fr-FR"/>
        </w:rPr>
        <w:t>Avant la course</w:t>
      </w:r>
    </w:p>
    <w:p w:rsidR="00DB3F19" w:rsidRPr="00DB3F19" w:rsidRDefault="0069709F" w:rsidP="00FA03A4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Inscriptions</w:t>
      </w:r>
      <w:r w:rsidR="00DB3F19" w:rsidRPr="00DB3F19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="00DB3F19" w:rsidRPr="00DB3F19">
        <w:rPr>
          <w:rFonts w:ascii="Marianne" w:hAnsi="Marianne"/>
          <w:sz w:val="20"/>
          <w:szCs w:val="20"/>
          <w:u w:val="single"/>
          <w:lang w:val="fr-FR"/>
        </w:rPr>
        <w:t xml:space="preserve">: </w:t>
      </w:r>
    </w:p>
    <w:p w:rsidR="00DB3F19" w:rsidRDefault="00DB3F19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Les inscriptions sont ouvertes à </w:t>
      </w:r>
      <w:r w:rsidR="00AC0165">
        <w:rPr>
          <w:rFonts w:ascii="Marianne" w:hAnsi="Marianne"/>
          <w:sz w:val="20"/>
          <w:szCs w:val="20"/>
          <w:lang w:val="fr-FR"/>
        </w:rPr>
        <w:t xml:space="preserve">tous </w:t>
      </w:r>
      <w:r w:rsidR="002C5C7E">
        <w:rPr>
          <w:rFonts w:ascii="Marianne" w:hAnsi="Marianne"/>
          <w:sz w:val="20"/>
          <w:szCs w:val="20"/>
          <w:lang w:val="fr-FR"/>
        </w:rPr>
        <w:t>à compter du 1</w:t>
      </w:r>
      <w:r w:rsidR="002C5C7E" w:rsidRPr="002C5C7E">
        <w:rPr>
          <w:rFonts w:ascii="Marianne" w:hAnsi="Marianne"/>
          <w:sz w:val="20"/>
          <w:szCs w:val="20"/>
          <w:vertAlign w:val="superscript"/>
          <w:lang w:val="fr-FR"/>
        </w:rPr>
        <w:t>er</w:t>
      </w:r>
      <w:r w:rsidR="002C5C7E">
        <w:rPr>
          <w:rFonts w:ascii="Marianne" w:hAnsi="Marianne"/>
          <w:sz w:val="20"/>
          <w:szCs w:val="20"/>
          <w:lang w:val="fr-FR"/>
        </w:rPr>
        <w:t xml:space="preserve"> septembre 2026 </w:t>
      </w:r>
      <w:r w:rsidR="00AC0165">
        <w:rPr>
          <w:rFonts w:ascii="Marianne" w:hAnsi="Marianne"/>
          <w:sz w:val="20"/>
          <w:szCs w:val="20"/>
          <w:lang w:val="fr-FR"/>
        </w:rPr>
        <w:t>et s’effectuent sur le site</w:t>
      </w:r>
      <w:r w:rsidR="00AC0165">
        <w:rPr>
          <w:rFonts w:ascii="Calibri" w:hAnsi="Calibri" w:cs="Calibri"/>
          <w:sz w:val="20"/>
          <w:szCs w:val="20"/>
          <w:lang w:val="fr-FR"/>
        </w:rPr>
        <w:t> </w:t>
      </w:r>
      <w:r w:rsidR="00AC0165">
        <w:rPr>
          <w:rFonts w:ascii="Marianne" w:hAnsi="Marianne"/>
          <w:sz w:val="20"/>
          <w:szCs w:val="20"/>
          <w:lang w:val="fr-FR"/>
        </w:rPr>
        <w:t xml:space="preserve">: </w:t>
      </w:r>
      <w:hyperlink r:id="rId8" w:history="1">
        <w:r w:rsidR="00AC0165" w:rsidRPr="00C524D4">
          <w:rPr>
            <w:rStyle w:val="Lienhypertexte"/>
            <w:rFonts w:ascii="Marianne" w:hAnsi="Marianne"/>
            <w:sz w:val="20"/>
            <w:szCs w:val="20"/>
            <w:lang w:val="fr-FR"/>
          </w:rPr>
          <w:t>http://gotiming.fr</w:t>
        </w:r>
      </w:hyperlink>
      <w:r w:rsidR="00AC0165">
        <w:rPr>
          <w:rFonts w:ascii="Marianne" w:hAnsi="Marianne"/>
          <w:sz w:val="20"/>
          <w:szCs w:val="20"/>
          <w:lang w:val="fr-FR"/>
        </w:rPr>
        <w:t xml:space="preserve"> </w:t>
      </w:r>
    </w:p>
    <w:p w:rsidR="00AC0165" w:rsidRDefault="00CE4664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CE4664">
        <w:rPr>
          <w:rFonts w:ascii="Marianne" w:hAnsi="Marianne"/>
          <w:sz w:val="20"/>
          <w:szCs w:val="20"/>
          <w:lang w:val="fr-FR"/>
        </w:rPr>
        <w:t xml:space="preserve">Fin des inscriptions le dimanche 29 </w:t>
      </w:r>
      <w:r w:rsidR="00AC0165" w:rsidRPr="00CE4664">
        <w:rPr>
          <w:rFonts w:ascii="Marianne" w:hAnsi="Marianne"/>
          <w:sz w:val="20"/>
          <w:szCs w:val="20"/>
          <w:lang w:val="fr-FR"/>
        </w:rPr>
        <w:t>novembre</w:t>
      </w:r>
      <w:r w:rsidRPr="00CE4664">
        <w:rPr>
          <w:rFonts w:ascii="Marianne" w:hAnsi="Marianne"/>
          <w:sz w:val="20"/>
          <w:szCs w:val="20"/>
          <w:lang w:val="fr-FR"/>
        </w:rPr>
        <w:t xml:space="preserve"> 2026 </w:t>
      </w:r>
      <w:r w:rsidR="00AC0165" w:rsidRPr="00CE4664">
        <w:rPr>
          <w:rFonts w:ascii="Marianne" w:hAnsi="Marianne"/>
          <w:sz w:val="20"/>
          <w:szCs w:val="20"/>
          <w:lang w:val="fr-FR"/>
        </w:rPr>
        <w:t>ou en fonction des places disponibles.</w:t>
      </w:r>
    </w:p>
    <w:p w:rsidR="00DB3F19" w:rsidRPr="00AC0165" w:rsidRDefault="00DB3F19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CF7186">
        <w:rPr>
          <w:rFonts w:ascii="Marianne" w:hAnsi="Marianne"/>
          <w:sz w:val="20"/>
          <w:szCs w:val="20"/>
          <w:lang w:val="fr-FR"/>
        </w:rPr>
        <w:lastRenderedPageBreak/>
        <w:t>Les inscrits devront présenter</w:t>
      </w:r>
      <w:r w:rsidR="00CF7186">
        <w:rPr>
          <w:rFonts w:ascii="Calibri" w:hAnsi="Calibri" w:cs="Calibri"/>
          <w:sz w:val="20"/>
          <w:szCs w:val="20"/>
          <w:lang w:val="fr-FR"/>
        </w:rPr>
        <w:t> </w:t>
      </w:r>
      <w:r w:rsidR="00CF7186">
        <w:rPr>
          <w:rFonts w:ascii="Marianne" w:hAnsi="Marianne"/>
          <w:sz w:val="20"/>
          <w:szCs w:val="20"/>
          <w:lang w:val="fr-FR"/>
        </w:rPr>
        <w:t xml:space="preserve">au choix un certificat médical, </w:t>
      </w:r>
      <w:r w:rsidRPr="00CF7186">
        <w:rPr>
          <w:rFonts w:ascii="Marianne" w:hAnsi="Marianne"/>
          <w:sz w:val="20"/>
          <w:szCs w:val="20"/>
          <w:lang w:val="fr-FR"/>
        </w:rPr>
        <w:t xml:space="preserve">un PPS ou </w:t>
      </w:r>
      <w:r w:rsidR="00CF7186">
        <w:rPr>
          <w:rFonts w:ascii="Marianne" w:hAnsi="Marianne"/>
          <w:sz w:val="20"/>
          <w:szCs w:val="20"/>
          <w:lang w:val="fr-FR"/>
        </w:rPr>
        <w:t>leur licence</w:t>
      </w:r>
      <w:r w:rsidRPr="00CF7186">
        <w:rPr>
          <w:rFonts w:ascii="Marianne" w:hAnsi="Marianne"/>
          <w:sz w:val="20"/>
          <w:szCs w:val="20"/>
          <w:lang w:val="fr-FR"/>
        </w:rPr>
        <w:t>. Les organisateurs déclinent toute responsabilité en cas d’incident</w:t>
      </w:r>
      <w:r w:rsidR="00FC283D" w:rsidRPr="00CF7186">
        <w:rPr>
          <w:rFonts w:ascii="Marianne" w:hAnsi="Marianne"/>
          <w:sz w:val="20"/>
          <w:szCs w:val="20"/>
          <w:lang w:val="fr-FR"/>
        </w:rPr>
        <w:t xml:space="preserve"> relatif à l’état de santé initial des participants.</w:t>
      </w:r>
    </w:p>
    <w:p w:rsidR="00094832" w:rsidRPr="00DB3F19" w:rsidRDefault="0069709F" w:rsidP="00FA03A4">
      <w:pPr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Droits d’engagement</w:t>
      </w:r>
      <w:r w:rsidR="00DB3F19" w:rsidRPr="00DB3F19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="00AC0165">
        <w:rPr>
          <w:rFonts w:ascii="Marianne" w:hAnsi="Marianne"/>
          <w:sz w:val="20"/>
          <w:szCs w:val="20"/>
          <w:u w:val="single"/>
          <w:lang w:val="fr-FR"/>
        </w:rPr>
        <w:t>(</w:t>
      </w:r>
      <w:r w:rsidR="00206FDA">
        <w:rPr>
          <w:rFonts w:ascii="Marianne" w:hAnsi="Marianne"/>
          <w:sz w:val="20"/>
          <w:szCs w:val="20"/>
          <w:u w:val="single"/>
          <w:lang w:val="fr-FR"/>
        </w:rPr>
        <w:t>hors frais de gestion</w:t>
      </w:r>
      <w:r w:rsidR="00AC0165">
        <w:rPr>
          <w:rFonts w:ascii="Marianne" w:hAnsi="Marianne"/>
          <w:sz w:val="20"/>
          <w:szCs w:val="20"/>
          <w:u w:val="single"/>
          <w:lang w:val="fr-FR"/>
        </w:rPr>
        <w:t>)</w:t>
      </w:r>
      <w:r w:rsidR="00041612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="00041612">
        <w:rPr>
          <w:rFonts w:ascii="Marianne" w:hAnsi="Marianne"/>
          <w:sz w:val="20"/>
          <w:szCs w:val="20"/>
          <w:u w:val="single"/>
          <w:lang w:val="fr-FR"/>
        </w:rPr>
        <w:t>:</w:t>
      </w:r>
    </w:p>
    <w:p w:rsidR="00094832" w:rsidRDefault="0069709F" w:rsidP="00762600">
      <w:pPr>
        <w:pStyle w:val="Paragraphedeliste"/>
        <w:numPr>
          <w:ilvl w:val="0"/>
          <w:numId w:val="13"/>
        </w:numPr>
        <w:spacing w:line="240" w:lineRule="auto"/>
        <w:ind w:left="714" w:hanging="357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>Course</w:t>
      </w:r>
      <w:r w:rsidR="00AC0165">
        <w:rPr>
          <w:rFonts w:ascii="Marianne" w:hAnsi="Marianne"/>
          <w:sz w:val="20"/>
          <w:szCs w:val="20"/>
          <w:lang w:val="fr-FR"/>
        </w:rPr>
        <w:t xml:space="preserve">s enfants (500 ou 1km) : </w:t>
      </w:r>
      <w:r w:rsidR="00206FDA">
        <w:rPr>
          <w:rFonts w:ascii="Marianne" w:hAnsi="Marianne"/>
          <w:sz w:val="20"/>
          <w:szCs w:val="20"/>
          <w:lang w:val="fr-FR"/>
        </w:rPr>
        <w:t>1€</w:t>
      </w:r>
    </w:p>
    <w:p w:rsidR="00AC0165" w:rsidRPr="00DB3F19" w:rsidRDefault="00AC0165" w:rsidP="00762600">
      <w:pPr>
        <w:pStyle w:val="Paragraphedeliste"/>
        <w:numPr>
          <w:ilvl w:val="0"/>
          <w:numId w:val="13"/>
        </w:numPr>
        <w:spacing w:line="240" w:lineRule="auto"/>
        <w:ind w:left="714" w:hanging="357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Marche 5 km sans tee-shirt</w:t>
      </w:r>
      <w:r>
        <w:rPr>
          <w:rFonts w:ascii="Calibri" w:hAnsi="Calibri" w:cs="Calibri"/>
          <w:sz w:val="20"/>
          <w:szCs w:val="20"/>
          <w:lang w:val="fr-FR"/>
        </w:rPr>
        <w:t> </w:t>
      </w:r>
      <w:r w:rsidR="00206FDA">
        <w:rPr>
          <w:rFonts w:ascii="Marianne" w:hAnsi="Marianne"/>
          <w:sz w:val="20"/>
          <w:szCs w:val="20"/>
          <w:lang w:val="fr-FR"/>
        </w:rPr>
        <w:t>: 5</w:t>
      </w:r>
      <w:r>
        <w:rPr>
          <w:rFonts w:ascii="Marianne" w:hAnsi="Marianne"/>
          <w:sz w:val="20"/>
          <w:szCs w:val="20"/>
          <w:lang w:val="fr-FR"/>
        </w:rPr>
        <w:t>€</w:t>
      </w:r>
    </w:p>
    <w:p w:rsidR="00DB3F19" w:rsidRPr="00DB3F19" w:rsidRDefault="00DB3F19" w:rsidP="00762600">
      <w:pPr>
        <w:pStyle w:val="Paragraphedeliste"/>
        <w:numPr>
          <w:ilvl w:val="0"/>
          <w:numId w:val="13"/>
        </w:numPr>
        <w:spacing w:line="240" w:lineRule="auto"/>
        <w:ind w:left="714" w:hanging="357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>Marche 5 km</w:t>
      </w:r>
      <w:r w:rsidR="00AC0165" w:rsidRPr="00AC0165">
        <w:rPr>
          <w:rFonts w:ascii="Marianne" w:hAnsi="Marianne"/>
          <w:sz w:val="20"/>
          <w:szCs w:val="20"/>
          <w:lang w:val="fr-FR"/>
        </w:rPr>
        <w:t xml:space="preserve"> avec tee-shirt</w:t>
      </w:r>
      <w:r w:rsidR="00AC0165">
        <w:rPr>
          <w:rFonts w:ascii="Calibri" w:hAnsi="Calibri" w:cs="Calibri"/>
          <w:sz w:val="20"/>
          <w:szCs w:val="20"/>
          <w:lang w:val="fr-FR"/>
        </w:rPr>
        <w:t> </w:t>
      </w:r>
      <w:r w:rsidR="00AC0165">
        <w:rPr>
          <w:rFonts w:ascii="Marianne" w:hAnsi="Marianne"/>
          <w:sz w:val="20"/>
          <w:szCs w:val="20"/>
          <w:lang w:val="fr-FR"/>
        </w:rPr>
        <w:t xml:space="preserve">: </w:t>
      </w:r>
      <w:r w:rsidR="00206FDA">
        <w:rPr>
          <w:rFonts w:ascii="Marianne" w:hAnsi="Marianne"/>
          <w:sz w:val="20"/>
          <w:szCs w:val="20"/>
          <w:lang w:val="fr-FR"/>
        </w:rPr>
        <w:t>10</w:t>
      </w:r>
      <w:r w:rsidR="00AC0165">
        <w:rPr>
          <w:rFonts w:ascii="Marianne" w:hAnsi="Marianne"/>
          <w:sz w:val="20"/>
          <w:szCs w:val="20"/>
          <w:lang w:val="fr-FR"/>
        </w:rPr>
        <w:t>€</w:t>
      </w:r>
    </w:p>
    <w:p w:rsidR="00094832" w:rsidRPr="00DB3F19" w:rsidRDefault="00DB3F19" w:rsidP="00762600">
      <w:pPr>
        <w:pStyle w:val="Paragraphedeliste"/>
        <w:numPr>
          <w:ilvl w:val="0"/>
          <w:numId w:val="13"/>
        </w:numPr>
        <w:spacing w:line="240" w:lineRule="auto"/>
        <w:ind w:left="714" w:hanging="357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 xml:space="preserve">Courses </w:t>
      </w:r>
      <w:r w:rsidR="0069709F" w:rsidRPr="00DB3F19">
        <w:rPr>
          <w:rFonts w:ascii="Marianne" w:hAnsi="Marianne"/>
          <w:sz w:val="20"/>
          <w:szCs w:val="20"/>
          <w:lang w:val="fr-FR"/>
        </w:rPr>
        <w:t>adultes</w:t>
      </w:r>
      <w:r w:rsidR="00206FDA">
        <w:rPr>
          <w:rFonts w:ascii="Marianne" w:hAnsi="Marianne"/>
          <w:sz w:val="20"/>
          <w:szCs w:val="20"/>
          <w:lang w:val="fr-FR"/>
        </w:rPr>
        <w:t xml:space="preserve"> (5 ou 10km) : 15</w:t>
      </w:r>
      <w:r w:rsidR="00AC0165">
        <w:rPr>
          <w:rFonts w:ascii="Marianne" w:hAnsi="Marianne"/>
          <w:sz w:val="20"/>
          <w:szCs w:val="20"/>
          <w:lang w:val="fr-FR"/>
        </w:rPr>
        <w:t>€</w:t>
      </w:r>
    </w:p>
    <w:p w:rsidR="00094832" w:rsidRPr="00DB3F19" w:rsidRDefault="00DB3F19" w:rsidP="00FA03A4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Conditions d’annulation</w:t>
      </w:r>
      <w:r w:rsidRPr="00DB3F19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>
        <w:rPr>
          <w:rFonts w:ascii="Marianne" w:hAnsi="Marianne"/>
          <w:sz w:val="20"/>
          <w:szCs w:val="20"/>
          <w:u w:val="single"/>
          <w:lang w:val="fr-FR"/>
        </w:rPr>
        <w:t>et remboursement</w:t>
      </w:r>
      <w:r>
        <w:rPr>
          <w:rFonts w:ascii="Calibri" w:hAnsi="Calibri" w:cs="Calibri"/>
          <w:sz w:val="20"/>
          <w:szCs w:val="20"/>
          <w:u w:val="single"/>
          <w:lang w:val="fr-FR"/>
        </w:rPr>
        <w:t> </w:t>
      </w:r>
      <w:r>
        <w:rPr>
          <w:rFonts w:ascii="Marianne" w:hAnsi="Marianne"/>
          <w:sz w:val="20"/>
          <w:szCs w:val="20"/>
          <w:u w:val="single"/>
          <w:lang w:val="fr-FR"/>
        </w:rPr>
        <w:t>:</w:t>
      </w:r>
      <w:bookmarkStart w:id="0" w:name="_GoBack"/>
      <w:bookmarkEnd w:id="0"/>
    </w:p>
    <w:p w:rsidR="00094832" w:rsidRPr="00FA03A4" w:rsidRDefault="00CF7186" w:rsidP="00762600">
      <w:pPr>
        <w:spacing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L’évènement étant organisé dans un but solidaire et les bénéfices étant reversés à une </w:t>
      </w:r>
      <w:r w:rsidRPr="00CE4664">
        <w:rPr>
          <w:rFonts w:ascii="Marianne" w:hAnsi="Marianne"/>
          <w:sz w:val="20"/>
          <w:szCs w:val="20"/>
          <w:lang w:val="fr-FR"/>
        </w:rPr>
        <w:t>association aucun remboursement ne pourra être exigé en cas d’annulation</w:t>
      </w:r>
      <w:r w:rsidR="002C5C7E" w:rsidRPr="00CE4664">
        <w:rPr>
          <w:rFonts w:ascii="Marianne" w:hAnsi="Marianne"/>
          <w:sz w:val="20"/>
          <w:szCs w:val="20"/>
          <w:lang w:val="fr-FR"/>
        </w:rPr>
        <w:t xml:space="preserve"> </w:t>
      </w:r>
      <w:r w:rsidRPr="00CE4664">
        <w:rPr>
          <w:rFonts w:ascii="Marianne" w:hAnsi="Marianne"/>
          <w:sz w:val="20"/>
          <w:szCs w:val="20"/>
          <w:lang w:val="fr-FR"/>
        </w:rPr>
        <w:t>ou de non-participation le jour j.</w:t>
      </w:r>
      <w:r>
        <w:rPr>
          <w:rFonts w:ascii="Marianne" w:hAnsi="Marianne"/>
          <w:sz w:val="20"/>
          <w:szCs w:val="20"/>
          <w:lang w:val="fr-FR"/>
        </w:rPr>
        <w:t xml:space="preserve"> </w:t>
      </w:r>
    </w:p>
    <w:p w:rsidR="00DB3F19" w:rsidRPr="00DB3F19" w:rsidRDefault="00DB3F19" w:rsidP="00FA03A4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Retrait des dossards</w:t>
      </w:r>
      <w:r w:rsidRPr="00DB3F19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Pr="00DB3F19">
        <w:rPr>
          <w:rFonts w:ascii="Marianne" w:hAnsi="Marianne"/>
          <w:sz w:val="20"/>
          <w:szCs w:val="20"/>
          <w:u w:val="single"/>
          <w:lang w:val="fr-FR"/>
        </w:rPr>
        <w:t>:</w:t>
      </w:r>
    </w:p>
    <w:p w:rsidR="00DB3F19" w:rsidRPr="00DB3F19" w:rsidRDefault="00AC0165" w:rsidP="00762600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 samedi 05 décembre 2025 </w:t>
      </w:r>
      <w:r w:rsidRPr="00CE4664">
        <w:rPr>
          <w:rFonts w:ascii="Marianne" w:hAnsi="Marianne"/>
          <w:sz w:val="20"/>
          <w:szCs w:val="20"/>
          <w:lang w:val="fr-FR"/>
        </w:rPr>
        <w:t>de 14h0</w:t>
      </w:r>
      <w:r w:rsidR="00DB3F19" w:rsidRPr="00CE4664">
        <w:rPr>
          <w:rFonts w:ascii="Marianne" w:hAnsi="Marianne"/>
          <w:sz w:val="20"/>
          <w:szCs w:val="20"/>
          <w:lang w:val="fr-FR"/>
        </w:rPr>
        <w:t>0 à</w:t>
      </w:r>
      <w:r w:rsidR="009878A5" w:rsidRPr="00CE4664">
        <w:rPr>
          <w:rFonts w:ascii="Marianne" w:hAnsi="Marianne"/>
          <w:sz w:val="20"/>
          <w:szCs w:val="20"/>
          <w:lang w:val="fr-FR"/>
        </w:rPr>
        <w:t xml:space="preserve"> 18</w:t>
      </w:r>
      <w:r w:rsidR="00DB3F19" w:rsidRPr="00CE4664">
        <w:rPr>
          <w:rFonts w:ascii="Marianne" w:hAnsi="Marianne"/>
          <w:sz w:val="20"/>
          <w:szCs w:val="20"/>
          <w:lang w:val="fr-FR"/>
        </w:rPr>
        <w:t>h00</w:t>
      </w:r>
      <w:r w:rsidRPr="00CE4664">
        <w:rPr>
          <w:rFonts w:ascii="Calibri" w:hAnsi="Calibri" w:cs="Calibri"/>
          <w:sz w:val="20"/>
          <w:szCs w:val="20"/>
          <w:lang w:val="fr-FR"/>
        </w:rPr>
        <w:t> </w:t>
      </w:r>
      <w:r w:rsidRPr="00CE4664">
        <w:rPr>
          <w:rFonts w:ascii="Marianne" w:hAnsi="Marianne"/>
          <w:sz w:val="20"/>
          <w:szCs w:val="20"/>
          <w:lang w:val="fr-FR"/>
        </w:rPr>
        <w:t xml:space="preserve">; </w:t>
      </w:r>
      <w:r w:rsidR="009878A5" w:rsidRPr="00CE4664">
        <w:rPr>
          <w:rFonts w:ascii="Marianne" w:hAnsi="Marianne"/>
          <w:sz w:val="20"/>
          <w:szCs w:val="20"/>
          <w:lang w:val="fr-FR"/>
        </w:rPr>
        <w:t>au</w:t>
      </w:r>
      <w:r w:rsidR="009878A5">
        <w:rPr>
          <w:rFonts w:ascii="Marianne" w:hAnsi="Marianne"/>
          <w:sz w:val="20"/>
          <w:szCs w:val="20"/>
          <w:lang w:val="fr-FR"/>
        </w:rPr>
        <w:t xml:space="preserve"> Cercle St Ar</w:t>
      </w:r>
      <w:r w:rsidR="00CE4664">
        <w:rPr>
          <w:rFonts w:ascii="Marianne" w:hAnsi="Marianne"/>
          <w:sz w:val="20"/>
          <w:szCs w:val="20"/>
          <w:lang w:val="fr-FR"/>
        </w:rPr>
        <w:t>n</w:t>
      </w:r>
      <w:r w:rsidR="009878A5">
        <w:rPr>
          <w:rFonts w:ascii="Marianne" w:hAnsi="Marianne"/>
          <w:sz w:val="20"/>
          <w:szCs w:val="20"/>
          <w:lang w:val="fr-FR"/>
        </w:rPr>
        <w:t>oul - 8 rue aux Ours, 57000 METZ</w:t>
      </w:r>
      <w:r w:rsidR="00CE4664">
        <w:rPr>
          <w:rFonts w:ascii="Marianne" w:hAnsi="Marianne"/>
          <w:sz w:val="20"/>
          <w:szCs w:val="20"/>
          <w:lang w:val="fr-FR"/>
        </w:rPr>
        <w:t>.</w:t>
      </w:r>
    </w:p>
    <w:p w:rsidR="00DB3F19" w:rsidRPr="00DB3F19" w:rsidRDefault="00DB3F19" w:rsidP="00762600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="Marianne" w:hAnsi="Marianne"/>
          <w:sz w:val="20"/>
          <w:szCs w:val="20"/>
          <w:lang w:val="fr-FR"/>
        </w:rPr>
      </w:pPr>
      <w:r w:rsidRPr="00DB3F19">
        <w:rPr>
          <w:rFonts w:ascii="Marianne" w:hAnsi="Marianne"/>
          <w:sz w:val="20"/>
          <w:szCs w:val="20"/>
          <w:lang w:val="fr-FR"/>
        </w:rPr>
        <w:t>Le dimanche 0</w:t>
      </w:r>
      <w:r w:rsidR="00AC0165">
        <w:rPr>
          <w:rFonts w:ascii="Marianne" w:hAnsi="Marianne"/>
          <w:sz w:val="20"/>
          <w:szCs w:val="20"/>
          <w:lang w:val="fr-FR"/>
        </w:rPr>
        <w:t>6</w:t>
      </w:r>
      <w:r w:rsidRPr="00DB3F19">
        <w:rPr>
          <w:rFonts w:ascii="Marianne" w:hAnsi="Marianne"/>
          <w:sz w:val="20"/>
          <w:szCs w:val="20"/>
          <w:lang w:val="fr-FR"/>
        </w:rPr>
        <w:t xml:space="preserve"> décembre de 08h00 </w:t>
      </w:r>
      <w:r w:rsidR="00762600">
        <w:rPr>
          <w:rFonts w:ascii="Marianne" w:hAnsi="Marianne"/>
          <w:sz w:val="20"/>
          <w:szCs w:val="20"/>
          <w:lang w:val="fr-FR"/>
        </w:rPr>
        <w:t>à</w:t>
      </w:r>
      <w:r w:rsidR="00E716F0">
        <w:rPr>
          <w:rFonts w:ascii="Marianne" w:hAnsi="Marianne"/>
          <w:sz w:val="20"/>
          <w:szCs w:val="20"/>
          <w:lang w:val="fr-FR"/>
        </w:rPr>
        <w:t xml:space="preserve"> </w:t>
      </w:r>
      <w:r w:rsidR="00762600">
        <w:rPr>
          <w:rFonts w:ascii="Marianne" w:hAnsi="Marianne"/>
          <w:sz w:val="20"/>
          <w:szCs w:val="20"/>
          <w:lang w:val="fr-FR"/>
        </w:rPr>
        <w:t xml:space="preserve">9h45 (départ prévisionnel du 5km) </w:t>
      </w:r>
      <w:r w:rsidR="00AC0165">
        <w:rPr>
          <w:rFonts w:ascii="Marianne" w:hAnsi="Marianne"/>
          <w:sz w:val="20"/>
          <w:szCs w:val="20"/>
          <w:lang w:val="fr-FR"/>
        </w:rPr>
        <w:t>; au</w:t>
      </w:r>
      <w:r w:rsidR="009878A5">
        <w:rPr>
          <w:rFonts w:ascii="Marianne" w:hAnsi="Marianne"/>
          <w:sz w:val="20"/>
          <w:szCs w:val="20"/>
          <w:lang w:val="fr-FR"/>
        </w:rPr>
        <w:t xml:space="preserve"> Palais du Gouverneur Militaire de Metz - 9 rue de la Citadelle, 57000 METZ.</w:t>
      </w:r>
    </w:p>
    <w:p w:rsidR="00C5350A" w:rsidRDefault="00C5350A" w:rsidP="00762600">
      <w:pPr>
        <w:spacing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Les </w:t>
      </w:r>
      <w:r w:rsidR="00762600">
        <w:rPr>
          <w:rFonts w:ascii="Marianne" w:hAnsi="Marianne"/>
          <w:sz w:val="20"/>
          <w:szCs w:val="20"/>
          <w:lang w:val="fr-FR"/>
        </w:rPr>
        <w:t xml:space="preserve">enveloppes </w:t>
      </w:r>
      <w:r>
        <w:rPr>
          <w:rFonts w:ascii="Marianne" w:hAnsi="Marianne"/>
          <w:sz w:val="20"/>
          <w:szCs w:val="20"/>
          <w:lang w:val="fr-FR"/>
        </w:rPr>
        <w:t>remis</w:t>
      </w:r>
      <w:r w:rsidR="00762600">
        <w:rPr>
          <w:rFonts w:ascii="Marianne" w:hAnsi="Marianne"/>
          <w:sz w:val="20"/>
          <w:szCs w:val="20"/>
          <w:lang w:val="fr-FR"/>
        </w:rPr>
        <w:t>es</w:t>
      </w:r>
      <w:r w:rsidR="00AC0165">
        <w:rPr>
          <w:rFonts w:ascii="Marianne" w:hAnsi="Marianne"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contiendront</w:t>
      </w:r>
      <w:r w:rsidR="00AC0165">
        <w:rPr>
          <w:rFonts w:ascii="Marianne" w:hAnsi="Marianne"/>
          <w:sz w:val="20"/>
          <w:szCs w:val="20"/>
          <w:lang w:val="fr-FR"/>
        </w:rPr>
        <w:t xml:space="preserve"> direc</w:t>
      </w:r>
      <w:r>
        <w:rPr>
          <w:rFonts w:ascii="Marianne" w:hAnsi="Marianne"/>
          <w:sz w:val="20"/>
          <w:szCs w:val="20"/>
          <w:lang w:val="fr-FR"/>
        </w:rPr>
        <w:t>tement les</w:t>
      </w:r>
      <w:r w:rsidR="00762600">
        <w:rPr>
          <w:rFonts w:ascii="Marianne" w:hAnsi="Marianne"/>
          <w:sz w:val="20"/>
          <w:szCs w:val="20"/>
          <w:lang w:val="fr-FR"/>
        </w:rPr>
        <w:t xml:space="preserve"> dossards avec</w:t>
      </w:r>
      <w:r w:rsidR="00AC0165">
        <w:rPr>
          <w:rFonts w:ascii="Marianne" w:hAnsi="Marianne"/>
          <w:sz w:val="20"/>
          <w:szCs w:val="20"/>
          <w:lang w:val="fr-FR"/>
        </w:rPr>
        <w:t xml:space="preserve"> puce</w:t>
      </w:r>
      <w:r>
        <w:rPr>
          <w:rFonts w:ascii="Marianne" w:hAnsi="Marianne"/>
          <w:sz w:val="20"/>
          <w:szCs w:val="20"/>
          <w:lang w:val="fr-FR"/>
        </w:rPr>
        <w:t>s</w:t>
      </w:r>
      <w:r w:rsidR="00AC0165">
        <w:rPr>
          <w:rFonts w:ascii="Marianne" w:hAnsi="Marianne"/>
          <w:sz w:val="20"/>
          <w:szCs w:val="20"/>
          <w:lang w:val="fr-FR"/>
        </w:rPr>
        <w:t xml:space="preserve"> GPS</w:t>
      </w:r>
      <w:r w:rsidR="00762600">
        <w:rPr>
          <w:rFonts w:ascii="Marianne" w:hAnsi="Marianne"/>
          <w:sz w:val="20"/>
          <w:szCs w:val="20"/>
          <w:lang w:val="fr-FR"/>
        </w:rPr>
        <w:t xml:space="preserve"> intégrées et le tee-shirt édition 2026 (attention</w:t>
      </w:r>
      <w:r w:rsidR="00762600">
        <w:rPr>
          <w:rFonts w:ascii="Calibri" w:hAnsi="Calibri" w:cs="Calibri"/>
          <w:sz w:val="20"/>
          <w:szCs w:val="20"/>
          <w:lang w:val="fr-FR"/>
        </w:rPr>
        <w:t> </w:t>
      </w:r>
      <w:r w:rsidR="00762600">
        <w:rPr>
          <w:rFonts w:ascii="Marianne" w:hAnsi="Marianne"/>
          <w:sz w:val="20"/>
          <w:szCs w:val="20"/>
          <w:lang w:val="fr-FR"/>
        </w:rPr>
        <w:t>: en option pour la marche).</w:t>
      </w:r>
    </w:p>
    <w:p w:rsidR="00094832" w:rsidRPr="00DB3F19" w:rsidRDefault="00DB3F19" w:rsidP="00FA03A4">
      <w:pPr>
        <w:jc w:val="both"/>
        <w:rPr>
          <w:rFonts w:ascii="Marianne" w:hAnsi="Marianne"/>
          <w:b/>
          <w:sz w:val="20"/>
          <w:szCs w:val="20"/>
          <w:lang w:val="fr-FR"/>
        </w:rPr>
      </w:pPr>
      <w:r w:rsidRPr="00DB3F19">
        <w:rPr>
          <w:rFonts w:ascii="Marianne" w:hAnsi="Marianne"/>
          <w:b/>
          <w:sz w:val="20"/>
          <w:szCs w:val="20"/>
          <w:lang w:val="fr-FR"/>
        </w:rPr>
        <w:t>Après la course</w:t>
      </w:r>
    </w:p>
    <w:p w:rsidR="00094832" w:rsidRPr="00DB3F19" w:rsidRDefault="0069709F" w:rsidP="00FA03A4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DB3F19">
        <w:rPr>
          <w:rFonts w:ascii="Marianne" w:hAnsi="Marianne"/>
          <w:sz w:val="20"/>
          <w:szCs w:val="20"/>
          <w:u w:val="single"/>
          <w:lang w:val="fr-FR"/>
        </w:rPr>
        <w:t>Classements et récompenses</w:t>
      </w:r>
      <w:r w:rsidR="00DB3F19" w:rsidRPr="00DB3F19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="00DB3F19" w:rsidRPr="00DB3F19">
        <w:rPr>
          <w:rFonts w:ascii="Marianne" w:hAnsi="Marianne"/>
          <w:sz w:val="20"/>
          <w:szCs w:val="20"/>
          <w:u w:val="single"/>
          <w:lang w:val="fr-FR"/>
        </w:rPr>
        <w:t>:</w:t>
      </w:r>
    </w:p>
    <w:p w:rsidR="00094832" w:rsidRDefault="00FC283D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Le c</w:t>
      </w:r>
      <w:r w:rsidR="0069709F" w:rsidRPr="00FA03A4">
        <w:rPr>
          <w:rFonts w:ascii="Marianne" w:hAnsi="Marianne"/>
          <w:sz w:val="20"/>
          <w:szCs w:val="20"/>
          <w:lang w:val="fr-FR"/>
        </w:rPr>
        <w:t xml:space="preserve">hronométrage </w:t>
      </w:r>
      <w:r>
        <w:rPr>
          <w:rFonts w:ascii="Marianne" w:hAnsi="Marianne"/>
          <w:sz w:val="20"/>
          <w:szCs w:val="20"/>
          <w:lang w:val="fr-FR"/>
        </w:rPr>
        <w:t>est réalisé</w:t>
      </w:r>
      <w:r w:rsidR="003A2BAD">
        <w:rPr>
          <w:rFonts w:ascii="Marianne" w:hAnsi="Marianne"/>
          <w:sz w:val="20"/>
          <w:szCs w:val="20"/>
          <w:lang w:val="fr-FR"/>
        </w:rPr>
        <w:t xml:space="preserve"> par le partenaire </w:t>
      </w:r>
      <w:proofErr w:type="spellStart"/>
      <w:r w:rsidR="003A2BAD">
        <w:rPr>
          <w:rFonts w:ascii="Marianne" w:hAnsi="Marianne"/>
          <w:sz w:val="20"/>
          <w:szCs w:val="20"/>
          <w:lang w:val="fr-FR"/>
        </w:rPr>
        <w:t>GoTiming</w:t>
      </w:r>
      <w:proofErr w:type="spellEnd"/>
      <w:r>
        <w:rPr>
          <w:rFonts w:ascii="Marianne" w:hAnsi="Marianne"/>
          <w:sz w:val="20"/>
          <w:szCs w:val="20"/>
          <w:lang w:val="fr-FR"/>
        </w:rPr>
        <w:t>, les organisateurs ne pourront être tenus responsables en cas d’erreur.</w:t>
      </w:r>
    </w:p>
    <w:p w:rsidR="00FC283D" w:rsidRDefault="00FC283D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Chaque enfant participant à l’une des 2 épreuves recevra une médaille.</w:t>
      </w:r>
      <w:r w:rsidR="0037577D">
        <w:rPr>
          <w:rFonts w:ascii="Marianne" w:hAnsi="Marianne"/>
          <w:sz w:val="20"/>
          <w:szCs w:val="20"/>
          <w:lang w:val="fr-FR"/>
        </w:rPr>
        <w:t xml:space="preserve"> </w:t>
      </w:r>
    </w:p>
    <w:p w:rsidR="00762600" w:rsidRDefault="00C5350A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Les </w:t>
      </w:r>
      <w:r w:rsidR="00FC283D">
        <w:rPr>
          <w:rFonts w:ascii="Marianne" w:hAnsi="Marianne"/>
          <w:sz w:val="20"/>
          <w:szCs w:val="20"/>
          <w:lang w:val="fr-FR"/>
        </w:rPr>
        <w:t xml:space="preserve">catégories </w:t>
      </w:r>
      <w:r>
        <w:rPr>
          <w:rFonts w:ascii="Marianne" w:hAnsi="Marianne"/>
          <w:sz w:val="20"/>
          <w:szCs w:val="20"/>
          <w:lang w:val="fr-FR"/>
        </w:rPr>
        <w:t xml:space="preserve">officielles FFA seront utilisées pour les classements des coureurs. </w:t>
      </w:r>
      <w:r w:rsidR="00FC283D">
        <w:rPr>
          <w:rFonts w:ascii="Marianne" w:hAnsi="Marianne"/>
          <w:sz w:val="20"/>
          <w:szCs w:val="20"/>
          <w:lang w:val="fr-FR"/>
        </w:rPr>
        <w:t>Ces dernières seront a</w:t>
      </w:r>
      <w:r w:rsidR="00762600">
        <w:rPr>
          <w:rFonts w:ascii="Marianne" w:hAnsi="Marianne"/>
          <w:sz w:val="20"/>
          <w:szCs w:val="20"/>
          <w:lang w:val="fr-FR"/>
        </w:rPr>
        <w:t xml:space="preserve">ffichées le jour de l’évènement sur le stand de retrait des dossards. </w:t>
      </w:r>
    </w:p>
    <w:p w:rsidR="00FC283D" w:rsidRDefault="0037577D" w:rsidP="00762600">
      <w:pPr>
        <w:spacing w:after="12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Les remises de récompenses se</w:t>
      </w:r>
      <w:r w:rsidR="00762600">
        <w:rPr>
          <w:rFonts w:ascii="Marianne" w:hAnsi="Marianne"/>
          <w:sz w:val="20"/>
          <w:szCs w:val="20"/>
          <w:lang w:val="fr-FR"/>
        </w:rPr>
        <w:t xml:space="preserve"> feront à l’issue de l’ensemble </w:t>
      </w:r>
      <w:r>
        <w:rPr>
          <w:rFonts w:ascii="Marianne" w:hAnsi="Marianne"/>
          <w:sz w:val="20"/>
          <w:szCs w:val="20"/>
          <w:lang w:val="fr-FR"/>
        </w:rPr>
        <w:t xml:space="preserve">des épreuves </w:t>
      </w:r>
      <w:r w:rsidR="00762600">
        <w:rPr>
          <w:rFonts w:ascii="Marianne" w:hAnsi="Marianne"/>
          <w:sz w:val="20"/>
          <w:szCs w:val="20"/>
          <w:lang w:val="fr-FR"/>
        </w:rPr>
        <w:t>(heure prévisionnelle</w:t>
      </w:r>
      <w:r w:rsidR="00762600">
        <w:rPr>
          <w:rFonts w:ascii="Calibri" w:hAnsi="Calibri" w:cs="Calibri"/>
          <w:sz w:val="20"/>
          <w:szCs w:val="20"/>
          <w:lang w:val="fr-FR"/>
        </w:rPr>
        <w:t> </w:t>
      </w:r>
      <w:r w:rsidR="00762600">
        <w:rPr>
          <w:rFonts w:ascii="Marianne" w:hAnsi="Marianne"/>
          <w:sz w:val="20"/>
          <w:szCs w:val="20"/>
          <w:lang w:val="fr-FR"/>
        </w:rPr>
        <w:t xml:space="preserve">: 11h30) </w:t>
      </w:r>
      <w:r>
        <w:rPr>
          <w:rFonts w:ascii="Marianne" w:hAnsi="Marianne"/>
          <w:sz w:val="20"/>
          <w:szCs w:val="20"/>
          <w:lang w:val="fr-FR"/>
        </w:rPr>
        <w:t xml:space="preserve">selon le format choisi par les organisateurs. </w:t>
      </w:r>
    </w:p>
    <w:p w:rsidR="00FC283D" w:rsidRPr="00C5350A" w:rsidRDefault="00C5350A" w:rsidP="00C5350A">
      <w:pPr>
        <w:rPr>
          <w:rFonts w:ascii="Marianne" w:hAnsi="Marianne"/>
          <w:sz w:val="20"/>
          <w:szCs w:val="20"/>
          <w:u w:val="single"/>
          <w:lang w:val="fr-FR"/>
        </w:rPr>
      </w:pPr>
      <w:r w:rsidRPr="00C5350A">
        <w:rPr>
          <w:rFonts w:ascii="Marianne" w:hAnsi="Marianne"/>
          <w:sz w:val="20"/>
          <w:szCs w:val="20"/>
          <w:u w:val="single"/>
          <w:lang w:val="fr-FR"/>
        </w:rPr>
        <w:t>Images</w:t>
      </w:r>
      <w:r w:rsidRPr="00C5350A">
        <w:rPr>
          <w:rFonts w:ascii="Calibri" w:hAnsi="Calibri" w:cs="Calibri"/>
          <w:sz w:val="20"/>
          <w:szCs w:val="20"/>
          <w:u w:val="single"/>
          <w:lang w:val="fr-FR"/>
        </w:rPr>
        <w:t> </w:t>
      </w:r>
      <w:r w:rsidRPr="00C5350A">
        <w:rPr>
          <w:rFonts w:ascii="Marianne" w:hAnsi="Marianne"/>
          <w:sz w:val="20"/>
          <w:szCs w:val="20"/>
          <w:u w:val="single"/>
          <w:lang w:val="fr-FR"/>
        </w:rPr>
        <w:t>et diffusion:</w:t>
      </w:r>
    </w:p>
    <w:p w:rsidR="00C5350A" w:rsidRDefault="00C5350A" w:rsidP="00762600">
      <w:pPr>
        <w:spacing w:line="240" w:lineRule="auto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Des équipes seront en charge de réaliser la couverture photo et vidéo de l’évènement, en acceptant le règlement vous acceptez l’utilisation de ces images à posteriori sur les sites et réseaux sociaux des Armées en Zone Nord-Est pour une durée indéterminée. </w:t>
      </w:r>
    </w:p>
    <w:p w:rsidR="00FC283D" w:rsidRDefault="00FC283D" w:rsidP="00FC283D">
      <w:pPr>
        <w:jc w:val="center"/>
        <w:rPr>
          <w:rFonts w:ascii="Marianne" w:hAnsi="Marianne"/>
          <w:sz w:val="20"/>
          <w:szCs w:val="20"/>
          <w:lang w:val="fr-FR"/>
        </w:rPr>
      </w:pPr>
    </w:p>
    <w:p w:rsidR="00094832" w:rsidRPr="00DE1882" w:rsidRDefault="0069709F" w:rsidP="00DE1882">
      <w:pPr>
        <w:jc w:val="right"/>
        <w:rPr>
          <w:rFonts w:ascii="Marianne" w:hAnsi="Marianne"/>
          <w:b/>
          <w:sz w:val="20"/>
          <w:szCs w:val="20"/>
          <w:lang w:val="fr-FR"/>
        </w:rPr>
      </w:pPr>
      <w:r w:rsidRPr="00FC283D">
        <w:rPr>
          <w:rFonts w:ascii="Marianne" w:hAnsi="Marianne"/>
          <w:b/>
          <w:sz w:val="20"/>
          <w:szCs w:val="20"/>
          <w:lang w:val="fr-FR"/>
        </w:rPr>
        <w:t xml:space="preserve">Fait à </w:t>
      </w:r>
      <w:r w:rsidR="00762600">
        <w:rPr>
          <w:rFonts w:ascii="Marianne" w:hAnsi="Marianne"/>
          <w:b/>
          <w:sz w:val="20"/>
          <w:szCs w:val="20"/>
          <w:lang w:val="fr-FR"/>
        </w:rPr>
        <w:t>Metz le 10</w:t>
      </w:r>
      <w:r w:rsidR="00C5350A">
        <w:rPr>
          <w:rFonts w:ascii="Marianne" w:hAnsi="Marianne"/>
          <w:b/>
          <w:sz w:val="20"/>
          <w:szCs w:val="20"/>
          <w:lang w:val="fr-FR"/>
        </w:rPr>
        <w:t xml:space="preserve"> août</w:t>
      </w:r>
      <w:r w:rsidR="00145151">
        <w:rPr>
          <w:rFonts w:ascii="Marianne" w:hAnsi="Marianne"/>
          <w:b/>
          <w:sz w:val="20"/>
          <w:szCs w:val="20"/>
          <w:lang w:val="fr-FR"/>
        </w:rPr>
        <w:t xml:space="preserve"> </w:t>
      </w:r>
      <w:r w:rsidR="00C5350A">
        <w:rPr>
          <w:rFonts w:ascii="Marianne" w:hAnsi="Marianne"/>
          <w:b/>
          <w:sz w:val="20"/>
          <w:szCs w:val="20"/>
          <w:lang w:val="fr-FR"/>
        </w:rPr>
        <w:t>2026</w:t>
      </w:r>
    </w:p>
    <w:sectPr w:rsidR="00094832" w:rsidRPr="00DE1882" w:rsidSect="00FA03A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310B6A"/>
    <w:multiLevelType w:val="hybridMultilevel"/>
    <w:tmpl w:val="DC2AB9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67FCD"/>
    <w:multiLevelType w:val="hybridMultilevel"/>
    <w:tmpl w:val="7D34A25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A0291"/>
    <w:multiLevelType w:val="hybridMultilevel"/>
    <w:tmpl w:val="8378F960"/>
    <w:lvl w:ilvl="0" w:tplc="69E4BD58">
      <w:start w:val="10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E33D7"/>
    <w:multiLevelType w:val="hybridMultilevel"/>
    <w:tmpl w:val="0FE66A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6690E"/>
    <w:multiLevelType w:val="hybridMultilevel"/>
    <w:tmpl w:val="1BAC1346"/>
    <w:lvl w:ilvl="0" w:tplc="066848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4667E"/>
    <w:multiLevelType w:val="hybridMultilevel"/>
    <w:tmpl w:val="7F1836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C54F9"/>
    <w:multiLevelType w:val="hybridMultilevel"/>
    <w:tmpl w:val="45FE6D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87184"/>
    <w:multiLevelType w:val="hybridMultilevel"/>
    <w:tmpl w:val="2B9C7A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12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1612"/>
    <w:rsid w:val="0006063C"/>
    <w:rsid w:val="00094832"/>
    <w:rsid w:val="000D3871"/>
    <w:rsid w:val="00145151"/>
    <w:rsid w:val="0015074B"/>
    <w:rsid w:val="00206FDA"/>
    <w:rsid w:val="002768DD"/>
    <w:rsid w:val="0029639D"/>
    <w:rsid w:val="002C5C7E"/>
    <w:rsid w:val="00326F90"/>
    <w:rsid w:val="0037577D"/>
    <w:rsid w:val="003A2BAD"/>
    <w:rsid w:val="0069709F"/>
    <w:rsid w:val="00762600"/>
    <w:rsid w:val="009878A5"/>
    <w:rsid w:val="00A961E9"/>
    <w:rsid w:val="00AA1D8D"/>
    <w:rsid w:val="00AC0165"/>
    <w:rsid w:val="00B47730"/>
    <w:rsid w:val="00C5350A"/>
    <w:rsid w:val="00CB0664"/>
    <w:rsid w:val="00CE4664"/>
    <w:rsid w:val="00CF7186"/>
    <w:rsid w:val="00DB3F19"/>
    <w:rsid w:val="00DE1882"/>
    <w:rsid w:val="00E716F0"/>
    <w:rsid w:val="00FA03A4"/>
    <w:rsid w:val="00FC28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51FDF"/>
  <w14:defaultImageDpi w14:val="300"/>
  <w15:docId w15:val="{510300D3-54FE-43CA-9128-62A47E25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B3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timing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E4480-95B1-4C4F-BAC0-DEE8FEF3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508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DEVAUX Marion CNE</cp:lastModifiedBy>
  <cp:revision>19</cp:revision>
  <dcterms:created xsi:type="dcterms:W3CDTF">2013-12-23T23:15:00Z</dcterms:created>
  <dcterms:modified xsi:type="dcterms:W3CDTF">2026-08-11T06:50:00Z</dcterms:modified>
  <cp:category/>
</cp:coreProperties>
</file>